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עוזרי ניווט ימי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עוזרי הניווט השונים שעוזרים לאוניות לשוט בבטחה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עקרון הגיבוי בניווט 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והסקת מסקנות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קצב ההבהוב של האור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קברניט מקומי שמוביל אוניות לנמל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כי הם מסמנים את הנתיב הבטוח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מקום שבו המים רדודים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להזהיר מסערות מראש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יורדי ים מזהים איפה הם נמצאים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שרטון הוא מקום שבו המים רדודים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מפות ימיות עדיין חשובות לניווט ולבטיחות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נתב עולה בכניסה לנמלים ומעברים צרים, לאו דווקא כשהים 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עוזר ניווט לתפקיד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(מגדל עם אור מהבהב בקצב ייחודי)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(מסמן את הנתיב הבטוח במים)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(מוביל אונייה בכניסה לנמל)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(מראה עומק מים ומכשולים)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(עוזר כשאונייה נקלעת לקושי)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מגדלור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שרטונים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אלכסנדריה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חשוב שיהיה גיבוי - אם מערכת אחת נכשלת, אמצעי אחר יכול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כולם נועדו לעזור לאוניות להגיע בשלום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לציין: דמיון - שניהם עוזרים לאוניות למצוא כיוון/להגיע בבטחה; שוני - פעם היה אש, היום יש אור חשמלי, היום יש גם מכשירים מודרניים כמו ניווט לווייני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גיבוי = אמצעי נוסף למקרה שהראשון נכשל. דוגמה: שמירת עותק של עבודה, פנס רזרבי, עוזר כיתה נוסף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מגדל עם אור מהבהב שעוזר לזהות 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שיהיה גיבוי אם אחד נכשל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קברניט מקומי שמוביל אונייה לנמל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בשאלה: אילו 'עוזרי דרך' יש בדרך מהבית לבית הספר, כדי לחבר לרעיון של סימון 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תמונה של מגדלור כדי לחזק את ההבנה החזותית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בין עוזר ניווט ישן למודרני מתאימה לעבודה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עוזרי ניווט ימי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הים נראה פתוח, אבל יש בו סכנות רבות. בדף הזה נתרגל את הדרכים השונות שבהן בני האדם עוזרים לאוניות לשוט בבטחה, מהמגדלור העתיק ועד מערכות הניווט המודרניות.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מאפשר לזהות מול איזה מגדלור נמצאים?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גובה המגדל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קצב ההבהוב של האור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האוניות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הוא נתב?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קברניט מקומי שמוביל אוניות לנמל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שמוכר כרטיסים לאוניות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שבונה מגדלורים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דייג שמכיר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משווים מצופים לקווים על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עשויים אספלט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מכוניות נוסעות עליהם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הם מסמנים את הנתיב הבטוח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הם צבועים לבן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שרטון?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שבו המים רדודים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מגדל גבוה בחוף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מכשיר ניווט מודרני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תפקידה של תחזית מזג האוויר בהקשר הימי?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לקשט את המפה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להזהיר מסערות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לציין את מחיר הדלק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את שם האונייה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מגדלור יש קצב הבהוב משלו.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שרטון הוא מקום שבו הים עמוק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כבר אין שום צורך במפות ימיות.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צוותי הצלה בים עוזרים לכל מי שנמצא בקושי.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נתב עולה על האונייה רק כשהים שקט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עוזר ניווט לתפקיד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מגדלור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מסמן את הנתיב הבטוח במים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מצוף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עוזר כשאונייה נקלעת לקושי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מראה עומק מים ומכשולים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מפה ימית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מגדל עם אור מהבהב בקצב ייחודי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צוות חילוץ והצלה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מוביל אונייה בכניסה לנמל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מגדל גבוה על החוף שאורו נראה למרחק רב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מקומות בים שבהם המים רדודים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קברניט מקומי שמוביל אונייה עד הרציף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חפצים צפים בצבעים שונים שמסמנים נתיב בטוח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המגדלור העתיק שעמד ליד העיר __________ נחשב לאחד מפלאי תבל.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עדיין צריך נתבים ומצופים גם כשיש לאוניות מערכות ניווט מתקדמות?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המשותף לכל עוזרי הניווט שמוזכרים בטקסט?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דומה ומה שונה בין המגדלור העתיק באלכסנדריה לבין עוזרי הניווט של היום? כתבו לפחות שני דמיונות ושני הבדלים.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את העיקרון 'גיבוי' בניווט ימי, ותנו דוגמה לגיבוי מתחום אחר בחיים.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מגדלור?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שיהיה יותר מעוזר ניווט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הוא נתב ומה תפקידו?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עוזרי ניווט ימי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