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עוזרי ניווט 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עוזרי הניווט השונים שעוזרים לאוניות לשוט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עקרון הגיבוי בניווט 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והסקת מסקנות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קצב ההבהוב של האור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קברניט מקומי שמוביל אוניות לנמל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יורדי ים מזהים איפה הם נמצאים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שרטון הוא מקום שבו המים רדודים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מפות ימיות עדיין חשובות לניווט ולבטיחות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עוזר ניווט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(מגדל עם אור מהבהב בקצב ייחודי)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(מסמן את הנתיב הבטוח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(מוביל אונייה בכניסה לנמל)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(מראה עומק מים ומכשולים)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חשוב שיהיה גיבוי - אם מערכת אחת נכשלת, אמצעי אחר יכול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דמיון - שניהם עוזרים לאוניות למצוא כיוון/להגיע בבטחה; שוני - פעם היה אש, היום יש אור חשמלי, היום יש גם מכשירים מודרניים כמו ניווט לווייני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מגדל עם אור מהבהב שעוזר לזהות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שיהיה גיבוי אם אחד נכשל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קברניט מקומי שמוביל אונייה לנמל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אילו 'עוזרי דרך' יש בדרך מהבית לבית הספר, כדי לחבר לרעיון של סימון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מגדלור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בין עוזר ניווט ישן למודרני מתאימה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עוזרי ניווט 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הים נראה פתוח, אבל יש בו סכנות רבות. בדף הזה נתרגל את הדרכים השונות שבהן בני האדם עוזרים לאוניות לשוט בבטחה, מהמגדלור העתיק ועד מערכות הניווט המודרניות.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מגדלור  ·  נתב  ·  שרטונים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מאפשר לזהות מול איזה מגדלור נמצאים?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גובה המגדל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קצב ההבהוב של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הוא נתב?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קברניט מקומי שמוביל אוניות לנמל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שמוכר כרטיסים לאוניות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שבונה מגדלורים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מגדלור יש קצב הבהוב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שרטון הוא מקום שבו הים עמוק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היום כבר אין שום צורך במפות ימיות.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עוזר ניווט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מגדלור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מראה עומק מים ומכשולים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מצוף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מוביל אונייה בכניסה לנמל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מגדל עם אור מהבהב בקצב ייחודי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מפה ימית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מסמן את הנתיב הבטוח במים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מגדל גבוה על החוף שאורו נראה למרחק רב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מקומות בים שבהם המים רדודים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קברניט מקומי שמוביל אונייה עד הרציף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עדיין צריך נתבים ומצופים גם כשיש לאוניות מערכות ניווט מתקדמות?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דומה ומה שונה בין המגדלור העתיק באלכסנדריה לבין עוזרי הניווט של היום? כתבו לפחות שני דמיונות ושני הבדלים.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מגדלור?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שיהיה יותר מעוזר ניווט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עוזרי ניווט ימי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